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של הרצל ואת האירועים שהובילו לגיבוש הרעיון הציוני המדיני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מפתח בהיסטוריה של התנועה הציונית ולהשתמש בהם נכון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– זיהוי כותב, קהל יעד ומטרה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עמדה מנומקת בכתב על חזונו של הרצל, תוך שימוש בראיות מהתקופה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מילדות בבודפשט ועד בזל: ציר הזמן וסיבה-תוצאה – 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בעיר פשט (בודפשט), 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מות אחותו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מילדות בבודפשט ועד בזל: ציר הזמן וסיבה-תוצאה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(המעבר לווינה אחרי מות האחות)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(קבלת תואר דוקטור למשפטים)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(תחילת העבודה כעיתונאי בפריז)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(טקס השפלתו של דרייפוס בפריז)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מילדות בבודפשט ועד בזל: ציר הזמן וסיבה-תוצאה – השלמה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דרייפוס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מושגי יסוד: ציונות מדינית, התבוללות, אנטישמיות מודרנית ודיפלומטיה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(להשיג הכרה והסכם בינלאומי לפני התיישבות רחבה)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(היטמעות בתרבות הרוב עד לוויתור על הזהות היהודית)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(שנאת יהודים המנומקת בטענות לאומיות או "גזעיות")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(כתב זכויות רשמי ממעצמה לאפשר התיישבות מוגנת)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מושגי יסוד: ציונות מדינית, התבוללות, אנטישמיות מודרנית ודיפלומטיה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התבוללות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ציונות מדינית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מושגי יסוד: ציונות מדינית, התבוללות, אנטישמיות מודרנית ודיפלומטיה – חשיבה והעמקה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מושגי יסוד: ציונות מדינית, התבוללות, אנטישמיות מודרנית ודיפלומטיה – כתיבה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קריאת מקורות ראשוניים: יומן, נאום וחוברת "מדינת היהודים"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 שנכתב בזמן האירועים בידי מי שהיה מעורב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קריאת מקורות ראשוניים: יומן, נאום וחוברת "מדינת היהודים"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קריאת מקורות ראשוניים: יומן, נאום וחוברת "מדינת היהודים"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(נכתב לעצמו, חושף מחשבות פרטיות)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(נכתב לקהל רחב, מיועד לשכנע ולעורר)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(תוכנית מעשית שפורסמה לציבור הרחב)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 ימים ספורים אחרי כינוס הקונגרס)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קריאת מקורות ראשוניים: יומן, נאום וחוברת "מדינת היהודים" – ניתוח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החזון אז ועכשיו: מה התגשם, מה התגשם אחרת – זיהוי פרטי החזון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לבן עם שבעה כוכבי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ייצור חשמל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החזון אז ועכשיו: מה התגשם, מה התגשם אחרת – התאמה בין החזון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(דגל המדינה שקמה שונה – כחול-לבן עם מגן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(כיום מקובל יום עבודה ארוך יותר, בסביבות שמונה שעות)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(העברית התחדשה והפכה לשפת הרוב במדינה)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החזון אז ועכשיו: מה התגשם, מה התגשם אחרת – ניתוח ונימוק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לדוגמה הדגל או השפה – לציין את החזון, את המציאות, והסבר לפער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כתיבה ודיון: נקודות מבט ופסקת טיעון על דמותו של הרצל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הקונגרס הציוני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טענה, נימוקים וראיות, הסתייגות,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כתיבה ודיון: נקודות מבט ופסקת טיעון על דמותו של הרצל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– הרצל רצה להציג עם שמנהל את ענייניו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מקור ראשוני נכתב בזמן האירועים בידי מי שהיה מעורב בהם, כמו יומן או נאום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כתיבה ודיון: נקודות מבט ופסקת טיעון על דמותו של הרצל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כתיבה ודיון: נקודות מבט ופסקת טיעון על דמותו של הרצל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(משפחתה סובלת מאנטישמיות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(חושש שהקונגרס יפגע במעמדו בחברה האוסטרית)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(מסקר את הכינוס בסקרנות ניטרלית)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(שואלת מה ישנו נאומים באירופה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המשפחה עברה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השגת הכרה והסכם בינלאומי לפני התיישבות 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ראה ששנאת יהודים קיימת גם בארץ החירות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אם נכללו אירועים כמו מות פאולינה, פרשת דרייפוס, פרסום 'מדינת היהודים' והקונגרס בבזל, עם הסבר קצר על הקשר הסיבתי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הסבר מדויק (במילים של התלמיד/ה) למושגים כגון ציונות מדינית, התבוללות ואנטישמיות מודרנית, ולא רק שינון ההגדרה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מזהה כותב, קהל יעד ומטרה, ולא רק מתארת את תוכן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עד ארבעה מפגשים: פרק 1-2 במפגש ראשון, פרק 3 במפגש שני, פרקים 4-5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כמות הקטעים בפרק 3 ולהתמקד בציטוט אחד בלבד עם שאלות מודרכות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בכיתה על ההבדל בין עמדת הרצל לעמדת אחד העם כפי שמוזכר במקורות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בפרק 5 שאין תשובה פוליטית 'נכונה' בשאלת מה התגשם מהחזון – המטרה היא נימוק מבוסס, לא עמדה אחידה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עבדו על פי סדר הפרקים – כל פרק בנוי על הקודם. קראו את הקטעים וענו במשפטים מלאים, והשוו תשובות עם בני זוג כדי לבדוק נימוקים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היהודים  ·  פאולינה  ·  דרייפוס  ·  בזל  ·  נקודת המבט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מילדות בבודפשט ועד בזל: ציר הזמן וסיבה-תוצאה – 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נולד הרצל בשנת 1860?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בעיר פשט (בודפשט), 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בווינה, אוסטריה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בפריז,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הניע את המעבר של משפחת הרצל לווינה ב-1878?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מינוי אביו לתפקיד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מות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פתיחת עיתון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למד הרצל באוניברסיטת וינה וסיים ב-1884?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מילדות בבודפשט ועד בזל: ציר הזמן וסיבה-תוצאה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1. 1878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טקס השפלתו של דרייפוס בפריז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המעבר לווינה אחרי מות האחות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קבלת תואר דוקטור למשפטים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תחילת העבודה כעיתונאי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מילדות בבודפשט ועד בזל: ציר הזמן וסיבה-תוצאה – השלמה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בעקבות מותה הפתאומי של אחותו __________ עברה משפחת הרצל לגור בווינה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בינואר 1895 נכח הרצל בטקס השפלתו של הקצין היהודי __________, שהואשם בריגול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מושגי יסוד: ציונות מדינית, התבוללות, אנטישמיות מודרנית ודיפלומטיה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שנאת יהודים המנומקת בטענות לאומיות או "גזעיות"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התבוללות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 זכויות רשמי ממעצמה לאפשר התיישבות מוגנת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אנטישמיות מודרנית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היטמעות בתרבות הרוב עד לוויתור על הזהות היהודית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צ'רטר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להשיג הכרה והסכם בינלאומי לפני התיישבות רחבה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מושגי יסוד: ציונות מדינית, התבוללות, אנטישמיות מודרנית ודיפלומטיה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גישה שלפיה יש להיטמע בתרבות הסובבת עד ויתור על הזהות היהודית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ציונות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התבוללות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דיפלומטיה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הרצל טען שיש להשיג קודם כול הכרה והסכם בינלאומי למדינה יהודית. גישה זו נקראת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ציונות 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צ'רטר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אנטישמיות מודרנית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מושגי יסוד: ציונות מדינית, התבוללות, אנטישמיות מודרנית ודיפלומטיה – חשיבה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מושגי יסוד: ציונות מדינית, התבוללות, אנטישמיות מודרנית ודיפלומטיה – כתיבה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קריאת מקורות ראשוניים: יומן, נאום וחוברת "מדינת היהודים"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מקור ראשוני?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סיכום של היסטוריון על תקופה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שנכתב בזמן האירועים בידי מי שהיה מעורב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 לימוד מודרני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פורסמה החוברת "מדינת היהודים"?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1896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קריאת מקורות ראשוניים: יומן, נאום וחוברת "מדינת היהודים"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כתב הרצל ביומנו: "בבזל ייסדתי את מדינת ה__________"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הקונגרס הציוני הראשון, שבו נישא הנאום הנלמד, התכנס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קריאת מקורות ראשוניים: יומן, נאום וחוברת "מדינת היהודים"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יומן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תוכנית מעשית שפורסמה לציבור הרחב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נאום בקונגרס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נכתב ימים ספורים אחרי כינוס הקונגרס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חוברת "מדינת היהודים"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נכתב לקהל רחב, מיועד לשכנע ולעורר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קטע מהיומן, ספטמבר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נכתב לעצמו, חושף מחשבות פרטיות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קריאת מקורות ראשוניים: יומן, נאום וחוברת "מדינת היהודים"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החזון אז ועכשיו: מה התגשם, מה התגשם אחרת – זיהוי פרטי החזון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הציע הרצל לעצב על דגל המדינה שבחזונו?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לבן עם שבעה כוכבי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כחול-לבן עם מגן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תכלת עם פס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שעות עבודה ביום דמיין הרצל לכל עובד במדינה שבחזונו?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היה אחד מתפקידיה של התעלה שתוכננה באלטנוילנד?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הובלת נוסעים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ייצור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השקיית מדבר הנגב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החזון אז ועכשיו: מה התגשם, מה התגשם אחרת – התאמה בין החזון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דגל לבן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כיום מקובל יום עבודה ארוך יותר, בסביבות שמונה שעות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העברית התחדשה והפכה לשפת הרוב במדינה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הרצל חשב שהעברית לא תהיה שפת יום-יום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דגל המדינה שקמה שונה – כחול-לבן עם מגן 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החזון אז ועכשיו: מה התגשם, מה התגשם אחרת – ניתוח ונימוק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פריט אחד מהחזון שלדעתכם התגשם "אחרת" ממה שהרצל דמיין, ונמקו מה השתנה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כתיבה ודיון: נקודות מבט ופסקת טיעון על דמותו של הרצל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התכנס בבזל באוגוסט 1897 ושימש בסיס לתרגילי נקודות המבט?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הקונגרס הציוני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פרסום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הסדר הנכון של מבנה פסקת טיעון שלמדתם?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ראיות, טענה, סיכום,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טענה, נימוקים וראיות, הסתייגות,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סיכום, טענה, הסתייגות, נימוקים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כתיבה ודיון: נקודות מבט ופסקת טיעון על דמותו של הרצל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הקפיד שהצירים בקונגרס יופיעו בלבוש רשמי כדי שהעולם יראה עם מאורגן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מקור ראשוני הוא טקסט שנכתב שנים רבות אחרי האירוע על ידי מי שלא היה נוכח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כתיבה ודיון: נקודות מבט ופסקת טיעון על דמותו של הרצל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כשכותבים מכתב מנקודת מבט של דמות בדויה, חשוב להתחשב ב__________ שלה – המקום, הניסיון והאינטרסים שמשפיעים על דעתה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כתיבה ודיון: נקודות מבט ופסקת טיעון על דמותו של הרצל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צירה צעירה ממזרח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חושש שהקונגרס יפגע במעמדו בחברה האוסטרית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סוחר יהודי מווינה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משפחתה סובלת מאנטישמיות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עיתונאי שווייצרי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שואלת מה ישנו נאומים באירופה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מתיישבת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מסקר את הכינוס בסקרנות ניטרלית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הייתה התוצאה הישירה של מות אחותו פאולינה בחיי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הפך לעיתונאי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המשפחה עברה לווינה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כתב את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'ציונות מדינית' כפי שהרצל גיבש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עלייה שקטה בלי הסכמים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השגת הכרה והסכם בינלאומי לפני התיישבות 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מאבק מזוין מיידי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מדוע טקס ההשפלה של דרייפוס נחשב נקודת מפנה בחשיבת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פגש את דרייפוס באופן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ראה ששנאת יהודים קיימת גם בארץ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פוטר מהעיתון בעקבותיו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לשחזר לפחות ארבע תחנות מרכזיות בציר חייו של הרצל ולהסביר את הקשר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בלשוני שלושה מושגים מרכזיים הקשורים לציונות המדינית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