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של הרצל ואת האירועים שהובילו לגיבוש הרעיון הציוני המדיני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בהיסטוריה של התנועה הציונית ולהשתמש בהם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– זיהוי כותב, קהל יעד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עמדה מנומקת בכתב על חזונו של הרצל, תוך שימוש בראיות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מילדות בבודפשט ועד בזל: ציר הזמן וסיבה-תוצאה – 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בעיר 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1896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מילדות בבודפשט ועד בזל: ציר הזמן וסיבה-תוצאה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(המעבר לווינה אחרי מות האחות)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(קבלת תואר דוקטור למשפטים)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(תחילת העבודה כעיתונאי בפריז)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(טקס השפלתו של דרייפוס בפריז)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(פרסום "מדינת היהודים")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מילדות בבודפשט ועד בזל: ציר הזמן וסיבה-תוצאה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מושגי יסוד: ציונות מדינית, התבוללות, אנטישמיות מודרנית ודיפלומטיה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(להשיג הכרה והסכם בינלאומי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(היטמעות בתרבות הרוב עד לוויתור על הזהות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(שנאת יהודים המנומקת בטענות לאומיות או "גזעיות")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(כתב זכויות רשמי ממעצמה לאפשר התיישבות מוגנת)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(מטרה שאושרה ב-1897: בית מולדת בארץ ישראל במשפט הכללי)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(ניהול מגעים ומשא ומתן בין מדינות ומנהיגים)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מושגי יסוד: ציונות מדינית, התבוללות, אנטישמיות מודרנית ודיפלומטיה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ציונות 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דיפלומטיה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התבססה על טענות לאומיות וגזעיות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בית מולדת בארץ ישראל המובטח במשפט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מושגי יסוד: ציונות מדינית, התבוללות, אנטישמיות מודרנית ודיפלומטיה – חשיבה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מושגי יסוד: ציונות מדינית, התבוללות, אנטישמיות מודרנית ודיפלומטיה – כתיבה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שאוטופיה היא חברה אידיאלית ותביא דוגמה כמו שוויון, מדע או יום עבודה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תקשר בין חתירה להכרה רשמית ממעצמה לבין הרצון בהתיישבות מוגנת וחוקית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קריאת מקורות ראשוניים: יומן, נאום וחוברת "מדינת היהודים"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שנכתב בזמן האירועים בידי מי שהיה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בנימין זאב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קריאת מקורות ראשוניים: יומן, נאום וחוברת "מדינת היהודים"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קריאת מקורות ראשוניים: יומן, נאום וחוברת "מדינת היהודים"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(נכתב לעצמו, חושף מחשבות 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(נכתב לקהל רחב, מיועד לשכנע ולעורר)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(תוכנית מעשית שפורסמה לציבור הרחב)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 ימים ספורים אחרי כינוס הקונגרס)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קריאת מקורות ראשוניים: יומן, נאום וחוברת "מדינת היהודים"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מקנה לרעיון לגיטימציה ושורשים היסטוריים, מראה שאינו המצאה גחמנית אלא המשך למסורת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נכתב לעצמו בכנות גלויה; נאום נכתב לקהל רחב ולכן מנוסח בזהירות ובמטרה לשכנע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אז ועכשיו: מה התגשם, מה התגשם אחרת – זיהוי פרטי החזון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לבן עם שבעה כוכבי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האמין שהעברית תהיה שפת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שוויון זכויות לכל התושבים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אז ועכשיו: מה התגשם, מה התגשם אחרת – התאמה בין החזון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(דגל המדינה שקמה שונה –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(כיום מקובל יום עבודה ארוך יותר, בסביבות שמונה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(העברית התחדשה והפכה לשפת הרוב במדינה)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(התפתחו בהמשך למוסדות שלטון במדינה שקמה)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(לא הוקמה כפי שתוכנן באלטנוילנד)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החזון אז ועכשיו: מה התגשם, מה התגשם אחרת – ניתוח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לדוגמה הדגל או השפה – לציין את החזון, את המציאות, והסבר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המתייחסת לרקע התרבותי של הרצל ולהבדל בין חזון למציאות שהתפתחה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המציינת דוגמה קונקרטית ונימוק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המקשרת בין פריט מהחזון (מוסדות, שוויון, טכנולוגיה וכד') לתמונה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ודיון: נקודות מבט ופסקת טיעון על דמותו של הרצל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נימוקים וראיות, הסתייגות,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ודיון: נקודות מבט ופסקת טיעון על דמותו של הרצל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– הרצל רצה להציג עם שמנהל את ענייניו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מי שהיה מעורב בהם, כמו יומן או נאום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ודיון: נקודות מבט ופסקת טיעון על דמותו של הרצל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ודיון: נקודות מבט ופסקת טיעון על דמותו של הרצל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(משפחתה סובלת מאנטישמיות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(חושש שהקונגרס יפגע במעמדו בחברה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(מסקר את הכינוס בסקרנות ניטרלית)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מה ישנו נאומים באירופה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השגת הכרה והסכם בינלאומי לפני התיישבות 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ראה ששנאת יהודים קיימת גם בארץ החירות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היטמעות בתרבות הרוב עד ויתור על הזהות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סמל לשבע שעות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בית מולדת לעם היהודי בארץ ישראל המובטח במשפט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נכללו אירועים כמו מות פאולינה, פרשת דרייפוס, פרסום 'מדינת היהודים' והקונגרס בבזל, עם הסבר קצר על הקשר הסיבתי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הסבר מדויק (במילים של התלמיד/ה) למושגים כגון ציונות מדינית, התבוללות ואנטישמיות מודרנית, ולא רק שינון ההגדרה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מזהה כותב, קהל יעד ומטרה, ולא רק מתארת את תוכן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עד ארבעה מפגשים: פרק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כמות הקטעים בפרק 3 ולהתמקד בציטוט אחד בלבד עם שאלות מודרכות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בכיתה על ההבדל בין עמדת הרצל לעמדת אחד העם כפי שמוזכר במקורות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בפרק 5 שאין תשובה פוליטית 'נכונה' בשאלת מה התגשם מהחזון – המטרה היא נימוק מבוסס, לא עמדה אחידה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פי סדר הפרקים – כל פרק בנוי על הקודם. קראו את הקטעים וענו במשפטים מלאים, והשוו תשובות עם בני זוג כדי לבדוק נימוקים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מילדות בבודפשט ועד בזל: ציר הזמן וסיבה-תוצאה – 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הרצל בשנת 1860?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בעיר פשט (בודפשט), 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בווינה,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בבזל, 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הניע את המעבר של משפחת הרצל לווינה ב-1878?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מינוי אביו לתפקיד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פתיחת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לימודיו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למד הרצל באוניברסיטת וינה וסיים ב-1884?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עיר נשלח הרצל ב-1891 ככתב 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פורסמה החוברת "מדינת היהודים"?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מילדות בבודפשט ועד בזל: ציר הזמן וסיבה-תוצאה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1. 1878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 השפלתו של דרייפוס בפריז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המעבר לווינה אחרי מות האחות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קבלת תואר דוקטור למשפטים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תחילת העבודה כעיתונאי בפריז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פרסום "מדינת היהודים"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מילדות בבודפשט ועד בזל: ציר הזמן וסיבה-תוצאה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בעקבות מותה הפתאומי של אחותו __________ עברה משפחת הרצל לגור בווינה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בינואר 1895 נכח הרצל בטקס השפלתו של הקצין היהודי __________, שהואשם בריגול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מושגי יסוד: ציונות מדינית, התבוללות, אנטישמיות מודרנית ודיפלומטיה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היטמעות בתרבות הרוב עד לוויתור על הזהות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ניהול מגעים ומשא ומתן בין מדינות ומנהיגים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 זכויות רשמי ממעצמה לאפשר התיישבות מוגנת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צ'רטר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מטרה שאושרה ב-1897: בית מולדת בארץ ישראל במשפט הכללי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להשיג הכרה והסכם בינלאומי לפני התיישבות רחבה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שנאת יהודים המנומקת בטענות לאומיות או "גזעיות"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מושגי יסוד: ציונות מדינית, התבוללות, אנטישמיות מודרנית ודיפלומטיה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גישה שלפיה יש להיטמע בתרבות הסובבת עד ויתור על הזהות היהודית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התבוללות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דיפלומטיה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אוטופיה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הרצל טען שיש להשיג קודם כול הכרה והסכם בינלאומי למדינה יהודית. גישה זו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צ'רטר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אנטישמיות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 ראשוני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כאשר הרצל פנה לקיסר גרמניה כדי לקדם את רעיונותיו, הוא פעל בתחום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דיפלומטיה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התבוללות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שנאת יהודים מסורתית לאנטישמיות המודרנית שפגש הרצל בפריז?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הפכה לדתית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התבססה על טענות לאומיות וגזעיות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נעלמה כליל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הייתה רק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תוכנית בזל, שאושרה בקונגרס הראשון ב-1897, קבעה כמטרה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עיתון ציוני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צבא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תרגום התנ״ך לגרמנית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מושגי יסוד: ציונות מדינית, התבוללות, אנטישמיות מודרנית ודיפלומטיה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יומנו האישי של הרצל, שנכתב בזמן האירועים עצמם, הוא דוגמה ל-__________.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מושגי יסוד: ציונות מדינית, התבוללות, אנטישמיות מודרנית ודיפלומטיה – כתיבה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ניתן לכנות את התיאור של אלטנוילנד "אוטופיה", והביאו דוגמה אחת מהחזון שמופיעה בציר הזמן.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המושג "צ'רטר" קשור לגישה הדיפלומטית של הרצל, ומדוע העדיף דרך זו על פני התיישבות מיידית ללא הסכמה בינלאומית.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קריאת מקורות ראשוניים: יומן, נאום וחוברת "מדינת היהודים"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של היסטוריון על תקופה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שנכתב בזמן האירועים בידי מי שהיה מעורב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תיעודי שנעשה שנים רבות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פורסמה החוברת "מדינת היהודים"?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קטע היומן ואת הנאום הנלמדים בפרק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אלפרד דרייפוס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קריאת מקורות ראשוניים: יומן, נאום וחוברת "מדינת היהודים"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 הרצל ביומנו: "בבזל ייסדתי את מדינת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הראשון, שבו נישא הנאום הנלמד, התכנס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קריאת מקורות ראשוניים: יומן, נאום וחוברת "מדינת היהודים"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תוכנית מעשית שפורסמה לציבור הרחב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נאום בקונגרס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 ימים ספורים אחרי כינוס הקונגרס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חוברת "מדינת היהודים"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נכתב לעצמו, חושף מחשבות פרטיות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נכתב לקהל רחב, מיועד לשכנע ולעורר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קריאת מקורות ראשוניים: יומן, נאום וחוברת "מדינת היהודים"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הדגיש בחוברת שהרעיון של מדינה ליהודים הוא "עתיק מאוד"? מה הוא מרוויח מכך מול קוראיו?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קהל היעד של יומן אישי לבין קהל היעד של נאום פומבי, וכיצד זה עשוי להשפיע על הסגנון?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החזון אז ועכשיו: מה התגשם, מה התגשם אחרת – זיהוי פרטי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הציע הרצל לעצב על דגל המדינה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 עם שבעה כוכבי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כחול-לבן עם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תכלת עם פס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 עם כוכב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עבודה ביום דמיין הרצל לכל עובד במדינה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אחד מתפקידיה של התעלה שתוכננה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הובלת נוסעים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מדבר הנגב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הפרדה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עמדת הרצל ביחס לשפת היום-יום במדינה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האמין שהעברית תהיה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האמין שהעברית תהיה שפת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 שהגרמנית תהיה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התייחס לנושא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עיקרון בא לידי ביטוי במשפט "אחי אתה, אדם"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עדיפות ליהודים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שוויון זכויות לכל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שלטון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בידוד מהעולם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החזון אז ועכשיו: מה התגשם, מה התגשם אחרת – התאמה בין החזון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דגל לבן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העברית התחדשה והפכה לשפת הרוב במדינה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התפתחו בהמשך למוסדות שלטון במדינה שקמה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הרצל חשב שהעברית לא תהיה שפת יום-יום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דגל המדינה שקמה שונה – כחול-לבן עם מגן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מוסדות לאומיים כמו הקונגרס וההסתדרות הציונית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הוקמה כפי שתוכנן באלטנוילנד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מהים התיכון לים המלח לייצור 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כיום מקובל יום עבודה ארוך יותר, בסביבות שמונה שעות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החזון אז ועכשיו: מה התגשם, מה התגשם אחרת – ניתוח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פריט אחד מהחזון שלדעתכם התגשם "אחרת" ממה שהרצל דמיין, ונמקו מה השתנה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הרצל לא האמין שהעברית תהפוך לשפת היום-יום, ומה זה מלמד על גבולות החזון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שורות המשוות בין העיקרון "אחי אתה, אדם" לבין מציאות חברתית מוכרת לכם כיום, עם נימוק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לו יכולתם להציג להרצל תמונה אחת מישראל של היום, איזו תמונה הייתם בוחרים ומדוע? התייחסו לקשר בין התמונה לחזון המקורי.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כתיבה ודיון: נקודות מבט ופסקת טיעון על דמותו של הרצל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התכנס בבזל באוגוסט 1897 ושימש בסיס לתרגילי נקודות המבט?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פרסום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הסדר הנכון של מבנה פסקת טיעון שלמדתם?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ראיות, טענה, סיכום,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נימוקים וראיות, הסתייגות,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סיכום, טענה, הסתייגות,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הסתייגות, ראיות, טענה,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כתיבה ודיון: נקודות מבט ופסקת טיעון על דמותו של הרצל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הקפיד שהצירים בקונגרס יופיעו בלבוש רשמי כדי שהעולם יראה עם מאורגן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הוא טקסט שנכתב שנים רבות אחרי האירוע על ידי מי שלא היה נוכח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כתיבה ודיון: נקודות מבט ופסקת טיעון על דמותו של הרצל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כשכותבים מכתב מנקודת מבט של דמות בדויה, חשוב להתחשב ב__________ שלה – המקום, הניסיון והאינטרסים שמשפיעים על דעתה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כתיבה ודיון: נקודות מבט ופסקת טיעון על דמותו של הרצל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צירה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חושש שהקונגרס יפגע במעמדו בחברה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מסקר את הכינוס בסקרנות ניטרלית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עיתונאי שווייצרי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מה ישנו נאומים באירופה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משפחתה סובלת מאנטישמיות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התוצאה הישירה של מות אחותו פאולינה בחיי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לעיתונאי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כתב את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ביקר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'ציונות מדינית' כפי שהרצל גיבש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עלייה שקטה בלי הסכמים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השגת הכרה והסכם בינלאומי לפני התיישבות 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מאבק מזוין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הקמת ישיבות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טקס ההשפלה של דרייפוס נחשב נקודת מפנה בחשיבת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פגש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ראה ששנאת 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פוטר מהעיתון בעקבותיו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דרייפוס היה חברו הקרוב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'התבוללות' לפי אוצר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מוסדות 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בתרבות הרוב עד ויתור על הזהות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דיפלומטית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את המאמר 'לא זה הדרך' ב-1889?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בחזון 'אלטנוילנד', מה היה ייעודם של שבעת הכוכבים בדגל שהציע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 לשבעת ימי הבריאה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 לשבע שעות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 לשבע קהילות יהודיות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 לשבע מדינות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אושר בקונגרס הציוני הראשון בבזל במסגרת 'תוכנית בזל'?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בנק להלוואות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מולדת לעם היהודי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הצעת אוגנדה כפתרון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השפה העברית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לשחזר לפחות ארבע תחנות מרכזיות בציר חייו של הרצל ולהסביר את הקשר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בלשוני שלושה מושגים מרכזיים הקשורים לציונות המדינית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לנתח ציטוט קצר ולזהות מי כתב אותו, למי, ולאיזו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